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Meeting notes</w:t>
      </w:r>
    </w:p>
    <w:p>
      <w:pPr>
        <w:pStyle w:val="Title"/>
      </w:pPr>
      <w:sdt>
        <w:sdtPr>
          <w:alias w:val="Meeting name"/>
          <w:tag w:val="meeting-name"/>
          <w:text/>
        </w:sdtPr>
        <w:sdtContent>
          <w:r>
            <w:rPr>
              <w:rFonts w:ascii="Montserrat Black" w:hAnsi="Montserrat Black" w:cs="Montserrat Black" w:eastAsia="Montserrat Black"/>
              <w:sz w:val="52"/>
            </w:rPr>
            <w:t xml:space="preserve">[Meeting </w:t>
          </w:r>
          <w:r>
            <w:rPr>
              <w:rFonts w:ascii="Montserrat Black" w:hAnsi="Montserrat Black" w:cs="Montserrat Black" w:eastAsia="Montserrat Black"/>
              <w:color w:val="E8712A"/>
              <w:sz w:val="52"/>
            </w:rPr>
            <w:t>name</w:t>
          </w:r>
          <w:r>
            <w:rPr>
              <w:rFonts w:ascii="Montserrat Black" w:hAnsi="Montserrat Black" w:cs="Montserrat Black" w:eastAsia="Montserrat Black"/>
              <w:sz w:val="52"/>
            </w:rPr>
            <w:t>]</w:t>
          </w:r>
        </w:sdtContent>
      </w:sdt>
    </w:p>
    <w:tbl>
      <w:tblPr>
        <w:tblStyle w:val="ClimbTable"/>
        <w:tblW w:type="auto" w:w="0"/>
        <w:tblLook w:firstColumn="1" w:firstRow="1" w:lastColumn="0" w:lastRow="0" w:noHBand="0" w:noVBand="1" w:val="04A0"/>
        <w:tblLook w:val="0020" w:firstRow="0" w:firstColumn="1" w:noHBand="0" w:noVBand="1"/>
      </w:tblPr>
      <w:tblGrid>
        <w:gridCol w:w="4706"/>
        <w:gridCol w:w="4706"/>
      </w:tblGrid>
      <w:tr>
        <w:tc>
          <w:tcPr>
            <w:tcW w:type="dxa" w:w="4706"/>
          </w:tcPr>
          <w:p>
            <w:r>
              <w:t>Date and time</w:t>
            </w:r>
          </w:p>
        </w:tc>
        <w:tc>
          <w:tcPr>
            <w:tcW w:type="dxa" w:w="4706"/>
          </w:tcPr>
          <w:p>
            <w:r>
              <w:t>[Date], [Time]</w:t>
            </w:r>
          </w:p>
        </w:tc>
      </w:tr>
      <w:tr>
        <w:tc>
          <w:tcPr>
            <w:tcW w:type="dxa" w:w="4706"/>
          </w:tcPr>
          <w:p>
            <w:r>
              <w:t>Where</w:t>
            </w:r>
          </w:p>
        </w:tc>
        <w:tc>
          <w:tcPr>
            <w:tcW w:type="dxa" w:w="4706"/>
          </w:tcPr>
          <w:p>
            <w:r>
              <w:t>[Room or call link]</w:t>
            </w:r>
          </w:p>
        </w:tc>
      </w:tr>
      <w:tr>
        <w:tc>
          <w:tcPr>
            <w:tcW w:type="dxa" w:w="4706"/>
          </w:tcPr>
          <w:p>
            <w:r>
              <w:t>Attendees</w:t>
            </w:r>
          </w:p>
        </w:tc>
        <w:tc>
          <w:tcPr>
            <w:tcW w:type="dxa" w:w="4706"/>
          </w:tcPr>
          <w:p>
            <w:r>
              <w:t>[Names]</w:t>
            </w:r>
          </w:p>
        </w:tc>
      </w:tr>
      <w:tr>
        <w:tc>
          <w:tcPr>
            <w:tcW w:type="dxa" w:w="4706"/>
          </w:tcPr>
          <w:p>
            <w:r>
              <w:t>Notes by</w:t>
            </w:r>
          </w:p>
        </w:tc>
        <w:tc>
          <w:tcPr>
            <w:tcW w:type="dxa" w:w="4706"/>
          </w:tcPr>
          <w:p>
            <w:r>
              <w:t>[Name]</w:t>
            </w:r>
          </w:p>
        </w:tc>
      </w:tr>
    </w:tbl>
    <w:p>
      <w:pPr>
        <w:pStyle w:val="Heading2"/>
      </w:pPr>
      <w:r>
        <w:t>Agenda</w:t>
      </w:r>
    </w:p>
    <w:p>
      <w:pPr>
        <w:pStyle w:val="ListNumber"/>
      </w:pPr>
      <w:r>
        <w:t>[Item one]</w:t>
      </w:r>
    </w:p>
    <w:p>
      <w:pPr>
        <w:pStyle w:val="ListNumber"/>
      </w:pPr>
      <w:r>
        <w:t>[Item two]</w:t>
      </w:r>
    </w:p>
    <w:p>
      <w:pPr>
        <w:pStyle w:val="ListNumber"/>
      </w:pPr>
      <w:r>
        <w:t>[Item three]</w:t>
      </w:r>
    </w:p>
    <w:p>
      <w:pPr>
        <w:pStyle w:val="Heading2"/>
      </w:pPr>
      <w:r>
        <w:t>Decisions</w:t>
      </w:r>
    </w:p>
    <w:p>
      <w:pPr>
        <w:pStyle w:val="ListBullet"/>
      </w:pPr>
      <w:r>
        <w:t>[What was decided, in one line each]</w:t>
      </w:r>
    </w:p>
    <w:p>
      <w:pPr>
        <w:pStyle w:val="Heading2"/>
      </w:pPr>
      <w:r>
        <w:t>Actions</w:t>
      </w:r>
    </w:p>
    <w:tbl>
      <w:tblPr>
        <w:tblStyle w:val="ClimbTable"/>
        <w:tblW w:type="auto" w:w="0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tblHeader/>
        </w:trPr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Action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Owner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Due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</w:tbl>
    <w:p>
      <w:pPr>
        <w:pStyle w:val="Heading2"/>
      </w:pPr>
      <w:r>
        <w:t>Next meeting</w:t>
      </w:r>
    </w:p>
    <w:p>
      <w:r>
        <w:t>[Date and time]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climb-uk.com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67188"/>
          <wp:docPr id="1" name="Picture 1" descr="ClimbUK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UK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67188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Meeting notes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UK">
  <a:themeElements>
    <a:clrScheme name="ClimbUK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UK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ClimbUK meeting notes</dc:title>
  <dc:subject/>
  <dc:creator>ClimbUK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