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6360"/>
        <w:pBdr>
          <w:left w:val="single" w:sz="48" w:space="8" w:color="E8712A"/>
        </w:pBdr>
      </w:pPr>
      <w:r>
        <w:rPr>
          <w:rFonts w:ascii="Montserrat" w:hAnsi="Montserrat" w:cs="Montserrat" w:eastAsia="Montserrat"/>
          <w:b/>
          <w:caps/>
          <w:color w:val="FFFFFF"/>
          <w:sz w:val="20"/>
          <w:spacing w:val="20"/>
        </w:rPr>
        <w:t>Report</w:t>
      </w:r>
    </w:p>
    <w:p>
      <w:pPr>
        <w:pStyle w:val="Title"/>
      </w:pPr>
      <w:sdt>
        <w:sdtPr>
          <w:alias w:val="Document title"/>
          <w:tag w:val="document-title"/>
          <w:text/>
        </w:sdtPr>
        <w:sdtContent>
          <w:r>
            <w:rPr>
              <w:rFonts w:ascii="Montserrat Black" w:hAnsi="Montserrat Black" w:cs="Montserrat Black" w:eastAsia="Montserrat Black"/>
              <w:color w:val="FFFFFF"/>
              <w:sz w:val="76"/>
            </w:rPr>
            <w:t xml:space="preserve">The year in </w:t>
          </w:r>
          <w:r>
            <w:rPr>
              <w:rFonts w:ascii="Montserrat Black" w:hAnsi="Montserrat Black" w:cs="Montserrat Black" w:eastAsia="Montserrat Black"/>
              <w:color w:val="E8712A"/>
              <w:sz w:val="76"/>
            </w:rPr>
            <w:t>review</w:t>
          </w:r>
        </w:sdtContent>
      </w:sdt>
    </w:p>
    <w:p>
      <w:pPr>
        <w:pStyle w:val="Subtitle"/>
      </w:pPr>
      <w:sdt>
        <w:sdtPr>
          <w:alias w:val="Subtitle"/>
          <w:tag w:val="subtitle"/>
          <w:text/>
        </w:sdtPr>
        <w:sdtContent>
          <w:r>
            <w:rPr>
              <w:color w:val="E9E9E9"/>
            </w:rPr>
            <w:t>What happened, what it meant, and what comes next.</w:t>
          </w:r>
        </w:sdtContent>
      </w:sdt>
    </w:p>
    <w:p>
      <w:r>
        <w:rPr>
          <w:rFonts w:ascii="Open Sans" w:hAnsi="Open Sans" w:cs="Open Sans" w:eastAsia="Open Sans"/>
          <w:b/>
          <w:color w:val="F2AE86"/>
          <w:sz w:val="21"/>
        </w:rPr>
        <w:t>30 June and 1 July 2027. The Festival for Business Growth.</w:t>
      </w:r>
    </w:p>
    <w:p>
      <w:r>
        <w:rPr>
          <w:rFonts w:ascii="Open Sans" w:hAnsi="Open Sans" w:cs="Open Sans" w:eastAsia="Open Sans"/>
          <w:color w:val="E9E9E9"/>
          <w:sz w:val="20"/>
        </w:rPr>
        <w:t>Prepared by [Name], [Month Year]</w:t>
      </w:r>
    </w:p>
    <w:p>
      <w:r>
        <w:br w:type="page"/>
      </w:r>
    </w:p>
    <w:p>
      <w:pPr>
        <w:pStyle w:val="Eyebrow"/>
      </w:pPr>
      <w:r>
        <w:t>Contents</w:t>
      </w:r>
    </w:p>
    <w:p>
      <w:r/>
      <w:r>
        <w:rPr>
          <w:i/>
        </w:rPr>
        <w:t>Right-click and choose Update Field to build the contents from the headings.</w:t>
      </w:r>
    </w:p>
    <w:p>
      <w:r>
        <w:br w:type="page"/>
      </w:r>
    </w:p>
    <w:p>
      <w:pPr>
        <w:pStyle w:val="Eyebrow"/>
      </w:pPr>
      <w:r>
        <w:t>Section one</w:t>
      </w:r>
    </w:p>
    <w:p>
      <w:pPr>
        <w:pStyle w:val="Heading1"/>
      </w:pPr>
      <w:r>
        <w:t xml:space="preserve">Why it </w:t>
      </w:r>
      <w:r>
        <w:rPr>
          <w:color w:val="E8712A"/>
        </w:rPr>
        <w:t>works</w:t>
      </w:r>
    </w:p>
    <w:p>
      <w:pPr>
        <w:pStyle w:val="Lead"/>
      </w:pPr>
      <w:r>
        <w:t>Start each section with a lead paragraph: one or two sentences that tell the reader what they get from this part. Keep it short and specific.</w:t>
      </w:r>
    </w:p>
    <w:p>
      <w:r>
        <w:t>Body text is Open Sans at 10.5pt in Body Slate, with generous line spacing so long pieces stay easy to read. Use the styles in the Home tab rather than formatting by hand: Heading 1 to 3 build the contents page and the navigation pane, and screen readers use them to move around the document.</w:t>
      </w:r>
    </w:p>
    <w:p>
      <w:pPr>
        <w:pStyle w:val="Heading2"/>
      </w:pPr>
      <w:r>
        <w:t>Heading two for a topic</w:t>
      </w:r>
    </w:p>
    <w:p>
      <w:pPr>
        <w:pStyle w:val="ListBullet"/>
      </w:pPr>
      <w:r>
        <w:t>Main stage moments from founders who have done it</w:t>
      </w:r>
    </w:p>
    <w:p>
      <w:pPr>
        <w:pStyle w:val="ListBullet"/>
      </w:pPr>
      <w:r>
        <w:t>Roundtables where you bring the problem and leave with a plan</w:t>
      </w:r>
    </w:p>
    <w:p>
      <w:pPr>
        <w:pStyle w:val="ListBullet"/>
      </w:pPr>
      <w:r>
        <w:t>Speed networking with investors looking for real deal flow</w:t>
      </w:r>
    </w:p>
    <w:p>
      <w:pPr>
        <w:pStyle w:val="Heading3"/>
      </w:pPr>
      <w:r>
        <w:t>Heading three for a detail</w:t>
      </w:r>
    </w:p>
    <w:p>
      <w:pPr>
        <w:pStyle w:val="Callout"/>
      </w:pPr>
      <w:r>
        <w:t>Use the Callout style for the one thing the reader must not miss: a deadline, a decision or the next step.</w:t>
      </w:r>
    </w:p>
    <w:p>
      <w:pPr>
        <w:pStyle w:val="Quote"/>
      </w:pPr>
      <w:r>
        <w:t>Put the quote here, word for word, exactly as it was said.</w:t>
      </w:r>
    </w:p>
    <w:p>
      <w:pPr>
        <w:pStyle w:val="QuoteSource"/>
      </w:pPr>
      <w:r>
        <w:t>First name Last name, Role, Company</w:t>
      </w:r>
    </w:p>
    <w:p>
      <w:pPr>
        <w:pStyle w:val="Heading2"/>
      </w:pPr>
      <w:r>
        <w:t>At a glance</w:t>
      </w:r>
    </w:p>
    <w:tbl>
      <w:tblPr>
        <w:tblStyle w:val="ClimbTable"/>
        <w:tblW w:type="auto" w:w="0"/>
        <w:jc w:val="center"/>
        <w:tblLook w:firstColumn="0" w:firstRow="1" w:lastColumn="0" w:lastRow="0" w:noHBand="0" w:noVBand="1" w:val="04A0"/>
      </w:tblPr>
      <w:tblGrid>
        <w:gridCol w:w="3137"/>
        <w:gridCol w:w="3137"/>
        <w:gridCol w:w="3137"/>
      </w:tblGrid>
      <w:tr>
        <w:trPr>
          <w:tblHeader/>
        </w:trPr>
        <w:tc>
          <w:tcPr>
            <w:tcW w:type="dxa" w:w="3137"/>
            <w:shd w:val="clear" w:color="auto" w:fill="1E0F05"/>
          </w:tcPr>
          <w:p>
            <w:r>
              <w:rPr>
                <w:rFonts w:ascii="Montserrat" w:hAnsi="Montserrat" w:cs="Montserrat" w:eastAsia="Montserrat"/>
                <w:b/>
                <w:caps/>
                <w:color w:val="FFFFFF"/>
                <w:sz w:val="17"/>
              </w:rPr>
              <w:t>Item</w:t>
            </w:r>
          </w:p>
        </w:tc>
        <w:tc>
          <w:tcPr>
            <w:tcW w:type="dxa" w:w="3137"/>
            <w:shd w:val="clear" w:color="auto" w:fill="1E0F05"/>
          </w:tcPr>
          <w:p>
            <w:r>
              <w:rPr>
                <w:rFonts w:ascii="Montserrat" w:hAnsi="Montserrat" w:cs="Montserrat" w:eastAsia="Montserrat"/>
                <w:b/>
                <w:caps/>
                <w:color w:val="FFFFFF"/>
                <w:sz w:val="17"/>
              </w:rPr>
              <w:t>What it is</w:t>
            </w:r>
          </w:p>
        </w:tc>
        <w:tc>
          <w:tcPr>
            <w:tcW w:type="dxa" w:w="3137"/>
            <w:shd w:val="clear" w:color="auto" w:fill="1E0F05"/>
          </w:tcPr>
          <w:p>
            <w:r>
              <w:rPr>
                <w:rFonts w:ascii="Montserrat" w:hAnsi="Montserrat" w:cs="Montserrat" w:eastAsia="Montserrat"/>
                <w:b/>
                <w:caps/>
                <w:color w:val="FFFFFF"/>
                <w:sz w:val="17"/>
              </w:rPr>
              <w:t>When</w:t>
            </w:r>
          </w:p>
        </w:tc>
      </w:tr>
      <w:tr>
        <w:tc>
          <w:tcPr>
            <w:tcW w:type="dxa" w:w="3137"/>
          </w:tcPr>
          <w:p>
            <w:r>
              <w:t>Main stage</w:t>
            </w:r>
          </w:p>
        </w:tc>
        <w:tc>
          <w:tcPr>
            <w:tcW w:type="dxa" w:w="3137"/>
          </w:tcPr>
          <w:p>
            <w:r>
              <w:t>Talks and panels</w:t>
            </w:r>
          </w:p>
        </w:tc>
        <w:tc>
          <w:tcPr>
            <w:tcW w:type="dxa" w:w="3137"/>
          </w:tcPr>
          <w:p>
            <w:r>
              <w:t>Both days</w:t>
            </w:r>
          </w:p>
        </w:tc>
      </w:tr>
      <w:tr>
        <w:tc>
          <w:tcPr>
            <w:tcW w:type="dxa" w:w="3137"/>
          </w:tcPr>
          <w:p>
            <w:r>
              <w:t>Roundtables</w:t>
            </w:r>
          </w:p>
        </w:tc>
        <w:tc>
          <w:tcPr>
            <w:tcW w:type="dxa" w:w="3137"/>
          </w:tcPr>
          <w:p>
            <w:r>
              <w:t>Small groups on one problem</w:t>
            </w:r>
          </w:p>
        </w:tc>
        <w:tc>
          <w:tcPr>
            <w:tcW w:type="dxa" w:w="3137"/>
          </w:tcPr>
          <w:p>
            <w:r>
              <w:t>Mornings</w:t>
            </w:r>
          </w:p>
        </w:tc>
      </w:tr>
      <w:tr>
        <w:tc>
          <w:tcPr>
            <w:tcW w:type="dxa" w:w="3137"/>
          </w:tcPr>
          <w:p>
            <w:r>
              <w:t>After party</w:t>
            </w:r>
          </w:p>
        </w:tc>
        <w:tc>
          <w:tcPr>
            <w:tcW w:type="dxa" w:w="3137"/>
          </w:tcPr>
          <w:p>
            <w:r>
              <w:t>Music, drinks and the band</w:t>
            </w:r>
          </w:p>
        </w:tc>
        <w:tc>
          <w:tcPr>
            <w:tcW w:type="dxa" w:w="3137"/>
          </w:tcPr>
          <w:p>
            <w:r>
              <w:t>Day one</w:t>
            </w:r>
          </w:p>
        </w:tc>
      </w:tr>
    </w:tbl>
    <w:p>
      <w:pPr>
        <w:pStyle w:val="Caption"/>
      </w:pPr>
      <w:r>
        <w:t>Table 1. Give every table a caption and keep the header row: it repeats on each page.</w:t>
      </w:r>
    </w:p>
    <w:p>
      <w:pPr>
        <w:pStyle w:val="BigNumber"/>
      </w:pPr>
      <w:r>
        <w:t>2</w:t>
      </w:r>
    </w:p>
    <w:p>
      <w:r>
        <w:t>days of main stage moments, roundtables and the after party. Use Big Number for one fact at a time, with its source.</w:t>
      </w:r>
    </w:p>
    <w:p>
      <w:pPr>
        <w:pStyle w:val="Heading2"/>
      </w:pPr>
      <w:r>
        <w:t>Next steps</w:t>
      </w:r>
    </w:p>
    <w:p>
      <w:r>
        <w:t>Close with what happens next and who to contact. Links use the Hyperlink style: Orange Deep, underlined, and the link text says where it goes.</w:t>
      </w:r>
    </w:p>
    <w:sectPr w:rsidR="00FC693F" w:rsidRPr="0006063C" w:rsidSect="00034616">
      <w:headerReference w:type="first" r:id="rId9"/>
      <w:headerReference w:type="default" r:id="rId10"/>
      <w:footerReference w:type="default" r:id="rId11"/>
      <w:footerReference w:type="first" r:id="rId12"/>
      <w:pgSz w:w="11906" w:h="16838"/>
      <w:pgMar w:top="1928" w:right="1247" w:bottom="1587" w:left="1247" w:header="680" w:footer="567"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tabs>
        <w:tab w:pos="9411" w:val="right"/>
      </w:tabs>
    </w:pPr>
    <w:r/>
    <w:r>
      <w:rPr>
        <w:color w:val="4A5878"/>
        <w:sz w:val="14"/>
      </w:rPr>
      <w:t>The Investor Ladder Limited trading as ClimbGroup. Registered in England and Wales, company number 10289755. VAT GB335770882. Registered office: Suite 3, Bignell Park Barns, Chesterton, Bicester, OX26 1TD.</w:t>
    </w:r>
  </w:p>
  <w:p>
    <w:pPr>
      <w:tabs>
        <w:tab w:pos="9411" w:val="right"/>
      </w:tabs>
    </w:pPr>
    <w:r>
      <w:rPr>
        <w:b/>
        <w:color w:val="C55308"/>
        <w:sz w:val="16"/>
      </w:rPr>
      <w:t>climb-uk.com</w:t>
      <w:tab/>
    </w:r>
    <w:r>
      <w:rPr>
        <w:color w:val="4A5878"/>
        <w:sz w:val="16"/>
      </w:rPr>
      <w:fldChar w:fldCharType="begin"/>
      <w:instrText xml:space="preserve"> PAGE </w:instrText>
      <w:fldChar w:fldCharType="separate"/>
      <w:t>1</w:t>
      <w:fldChar w:fldCharType="end"/>
    </w:r>
    <w:r>
      <w:drawing>
        <wp:anchor distT="0" distB="0" distL="0" distR="0" simplePos="0" relativeHeight="100" behindDoc="1" locked="1" layoutInCell="1" allowOverlap="1">
          <wp:simplePos x="0" y="0"/>
          <wp:positionH relativeFrom="page">
            <wp:posOffset>5400000</wp:posOffset>
          </wp:positionH>
          <wp:positionV relativeFrom="page">
            <wp:posOffset>10476000</wp:posOffset>
          </wp:positionV>
          <wp:extent cx="2160000" cy="216000"/>
          <wp:effectExtent l="0" t="0" r="0" b="0"/>
          <wp:wrapNone/>
          <wp:docPr xmlns:a="http://schemas.openxmlformats.org/drawingml/2006/main" id="1" name="Picture 1" descr="">
            <a:extLst>
              <a:ext uri="{C183D7F6-B498-43B3-948B-1728B52AA6E4}">
                <adec:decorative xmlns:adec="http://schemas.microsoft.com/office/drawing/2017/decorative" val="1"/>
              </a:ext>
            </a:extLst>
          </wp:docPr>
          <wp:cNvGraphicFramePr/>
          <a:graphic xmlns:a="http://schemas.openxmlformats.org/drawingml/2006/main" xmlns:pic="http://schemas.openxmlformats.org/drawingml/2006/picture">
            <a:graphicData uri="http://schemas.openxmlformats.org/drawingml/2006/picture">
              <pic:pic>
                <pic:nvPicPr>
                  <pic:cNvPr id="0" name="a4_slab_br.png"/>
                  <pic:cNvPicPr/>
                </pic:nvPicPr>
                <pic:blipFill>
                  <a:blip r:embed="rId1"/>
                  <a:stretch>
                    <a:fillRect/>
                  </a:stretch>
                </pic:blipFill>
                <pic:spPr>
                  <a:xfrm>
                    <a:off x="0" y="0"/>
                    <a:ext cx="2160000" cy="216000"/>
                  </a:xfrm>
                  <a:prstGeom prst="rect"/>
                </pic:spPr>
              </pic:pic>
            </a:graphicData>
          </a:graphic>
        </wp:anchor>
      </w:drawing>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r>
      <w:drawing>
        <wp:anchor distT="0" distB="0" distL="0" distR="0" simplePos="0" relativeHeight="100" behindDoc="1" locked="1" layoutInCell="1" allowOverlap="1">
          <wp:simplePos x="0" y="0"/>
          <wp:positionH relativeFrom="page">
            <wp:posOffset>0</wp:posOffset>
          </wp:positionH>
          <wp:positionV relativeFrom="page">
            <wp:posOffset>0</wp:posOffset>
          </wp:positionV>
          <wp:extent cx="7560000" cy="10692000"/>
          <wp:effectExtent l="0" t="0" r="0" b="0"/>
          <wp:wrapNone/>
          <wp:docPr xmlns:a="http://schemas.openxmlformats.org/drawingml/2006/main" id="1" name="Picture 1" descr="">
            <a:extLst>
              <a:ext uri="{C183D7F6-B498-43B3-948B-1728B52AA6E4}">
                <adec:decorative xmlns:adec="http://schemas.microsoft.com/office/drawing/2017/decorative" val="1"/>
              </a:ext>
            </a:extLst>
          </wp:docPr>
          <wp:cNvGraphicFramePr/>
          <a:graphic xmlns:a="http://schemas.openxmlformats.org/drawingml/2006/main" xmlns:pic="http://schemas.openxmlformats.org/drawingml/2006/picture">
            <a:graphicData uri="http://schemas.openxmlformats.org/drawingml/2006/picture">
              <pic:pic>
                <pic:nvPicPr>
                  <pic:cNvPr id="0" name="a4_cover_Climb27.jpg"/>
                  <pic:cNvPicPr/>
                </pic:nvPicPr>
                <pic:blipFill>
                  <a:blip r:embed="rId1"/>
                  <a:stretch>
                    <a:fillRect/>
                  </a:stretch>
                </pic:blipFill>
                <pic:spPr>
                  <a:xfrm>
                    <a:off x="0" y="0"/>
                    <a:ext cx="7560000" cy="10692000"/>
                  </a:xfrm>
                  <a:prstGeom prst="rect"/>
                </pic:spPr>
              </pic:pic>
            </a:graphicData>
          </a:graphic>
        </wp:anchor>
      </w:drawing>
    </w:r>
    <w:r>
      <w:drawing>
        <wp:inline xmlns:a="http://schemas.openxmlformats.org/drawingml/2006/main" xmlns:pic="http://schemas.openxmlformats.org/drawingml/2006/picture">
          <wp:extent cx="1872000" cy="383906"/>
          <wp:docPr id="2" name="Picture 2" descr="Climb27 logo"/>
          <wp:cNvGraphicFramePr>
            <a:graphicFrameLocks noChangeAspect="1"/>
          </wp:cNvGraphicFramePr>
          <a:graphic>
            <a:graphicData uri="http://schemas.openxmlformats.org/drawingml/2006/picture">
              <pic:pic>
                <pic:nvPicPr>
                  <pic:cNvPr id="0" name="Climb27_reversed-dark_1024.png"/>
                  <pic:cNvPicPr/>
                </pic:nvPicPr>
                <pic:blipFill>
                  <a:blip r:embed="rId2"/>
                  <a:stretch>
                    <a:fillRect/>
                  </a:stretch>
                </pic:blipFill>
                <pic:spPr>
                  <a:xfrm>
                    <a:off x="0" y="0"/>
                    <a:ext cx="1872000" cy="383906"/>
                  </a:xfrm>
                  <a:prstGeom prst="rect"/>
                </pic:spPr>
              </pic:pic>
            </a:graphicData>
          </a:graphic>
        </wp:inline>
      </w:drawing>
    </w: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tabs>
        <w:tab w:pos="9411" w:val="right"/>
      </w:tabs>
    </w:pPr>
    <w:r/>
    <w:r>
      <w:drawing>
        <wp:inline xmlns:a="http://schemas.openxmlformats.org/drawingml/2006/main" xmlns:pic="http://schemas.openxmlformats.org/drawingml/2006/picture">
          <wp:extent cx="1440000" cy="295312"/>
          <wp:docPr id="1" name="Picture 1" descr="Climb27 logo"/>
          <wp:cNvGraphicFramePr>
            <a:graphicFrameLocks noChangeAspect="1"/>
          </wp:cNvGraphicFramePr>
          <a:graphic>
            <a:graphicData uri="http://schemas.openxmlformats.org/drawingml/2006/picture">
              <pic:pic>
                <pic:nvPicPr>
                  <pic:cNvPr id="0" name="Climb27_full-colour-light_1024.png"/>
                  <pic:cNvPicPr/>
                </pic:nvPicPr>
                <pic:blipFill>
                  <a:blip r:embed="rId1"/>
                  <a:stretch>
                    <a:fillRect/>
                  </a:stretch>
                </pic:blipFill>
                <pic:spPr>
                  <a:xfrm>
                    <a:off x="0" y="0"/>
                    <a:ext cx="1440000" cy="295312"/>
                  </a:xfrm>
                  <a:prstGeom prst="rect"/>
                </pic:spPr>
              </pic:pic>
            </a:graphicData>
          </a:graphic>
        </wp:inline>
      </w:drawing>
    </w:r>
    <w:r>
      <w:rPr>
        <w:rFonts w:ascii="Open Sans" w:hAnsi="Open Sans" w:cs="Open Sans" w:eastAsia="Open Sans"/>
        <w:b/>
        <w:caps/>
        <w:color w:val="4A5878"/>
        <w:sz w:val="17"/>
      </w:rPr>
      <w:tab/>
      <w:t>Report</w:t>
    </w:r>
    <w:r>
      <w:drawing>
        <wp:anchor distT="0" distB="0" distL="0" distR="0" simplePos="0" relativeHeight="100" behindDoc="1" locked="1" layoutInCell="1" allowOverlap="1">
          <wp:simplePos x="0" y="0"/>
          <wp:positionH relativeFrom="page">
            <wp:posOffset>0</wp:posOffset>
          </wp:positionH>
          <wp:positionV relativeFrom="page">
            <wp:posOffset>0</wp:posOffset>
          </wp:positionV>
          <wp:extent cx="1296000" cy="129600"/>
          <wp:effectExtent l="0" t="0" r="0" b="0"/>
          <wp:wrapNone/>
          <wp:docPr xmlns:a="http://schemas.openxmlformats.org/drawingml/2006/main" id="2" name="Picture 2" descr="">
            <a:extLst>
              <a:ext uri="{C183D7F6-B498-43B3-948B-1728B52AA6E4}">
                <adec:decorative xmlns:adec="http://schemas.microsoft.com/office/drawing/2017/decorative" val="1"/>
              </a:ext>
            </a:extLst>
          </wp:docPr>
          <wp:cNvGraphicFramePr/>
          <a:graphic xmlns:a="http://schemas.openxmlformats.org/drawingml/2006/main" xmlns:pic="http://schemas.openxmlformats.org/drawingml/2006/picture">
            <a:graphicData uri="http://schemas.openxmlformats.org/drawingml/2006/picture">
              <pic:pic>
                <pic:nvPicPr>
                  <pic:cNvPr id="0" name="a4_slab_tl.png"/>
                  <pic:cNvPicPr/>
                </pic:nvPicPr>
                <pic:blipFill>
                  <a:blip r:embed="rId2"/>
                  <a:stretch>
                    <a:fillRect/>
                  </a:stretch>
                </pic:blipFill>
                <pic:spPr>
                  <a:xfrm>
                    <a:off x="0" y="0"/>
                    <a:ext cx="1296000" cy="129600"/>
                  </a:xfrm>
                  <a:prstGeom prst="rect"/>
                </pic:spPr>
              </pic:pic>
            </a:graphicData>
          </a:graphic>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0" w:after="160" w:line="336" w:lineRule="auto"/>
    </w:pPr>
    <w:rPr>
      <w:rFonts w:ascii="Open Sans" w:hAnsi="Open Sans" w:cs="Open Sans" w:eastAsia="Open Sans"/>
      <w:color w:val="4A5878"/>
      <w:sz w:val="21"/>
    </w:rPr>
  </w:style>
  <w:style w:type="paragraph" w:styleId="Header">
    <w:name w:val="header"/>
    <w:basedOn w:val="Normal"/>
    <w:link w:val="HeaderChar"/>
    <w:uiPriority w:val="99"/>
    <w:unhideWhenUsed/>
    <w:rsid w:val="00E618BF"/>
    <w:pPr>
      <w:spacing w:after="0" w:line="240" w:lineRule="auto"/>
    </w:pPr>
    <w:rPr>
      <w:rFonts w:ascii="Open Sans" w:hAnsi="Open Sans" w:cs="Open Sans" w:eastAsia="Open Sans"/>
      <w:color w:val="4A5878"/>
      <w:sz w:val="17"/>
    </w:r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spacing w:after="0" w:line="240" w:lineRule="auto"/>
    </w:pPr>
    <w:rPr>
      <w:rFonts w:ascii="Open Sans" w:hAnsi="Open Sans" w:cs="Open Sans" w:eastAsia="Open Sans"/>
      <w:color w:val="4A5878"/>
      <w:sz w:val="16"/>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520" w:after="160" w:line="264" w:lineRule="auto"/>
      <w:outlineLvl w:val="0"/>
    </w:pPr>
    <w:rPr>
      <w:rFonts w:ascii="Montserrat ExtraBold" w:hAnsi="Montserrat ExtraBold" w:cs="Montserrat ExtraBold" w:eastAsia="Montserrat ExtraBold"/>
      <w:b w:val="0"/>
      <w:bCs/>
      <w:i w:val="0"/>
      <w:caps/>
      <w:color w:val="242322"/>
      <w:sz w:val="44"/>
      <w:szCs w:val="28"/>
      <w:spacing w:val="-4"/>
    </w:rPr>
  </w:style>
  <w:style w:type="paragraph" w:styleId="Heading2">
    <w:name w:val="heading 2"/>
    <w:basedOn w:val="Normal"/>
    <w:next w:val="Normal"/>
    <w:link w:val="Heading2Char"/>
    <w:uiPriority w:val="9"/>
    <w:unhideWhenUsed/>
    <w:qFormat/>
    <w:rsid w:val="00FC693F"/>
    <w:pPr>
      <w:keepNext/>
      <w:keepLines/>
      <w:spacing w:before="360" w:after="120" w:line="264" w:lineRule="auto"/>
      <w:outlineLvl w:val="1"/>
    </w:pPr>
    <w:rPr>
      <w:rFonts w:ascii="Montserrat" w:hAnsi="Montserrat" w:cs="Montserrat" w:eastAsia="Montserrat"/>
      <w:b/>
      <w:bCs/>
      <w:i w:val="0"/>
      <w:caps w:val="0"/>
      <w:color w:val="242322"/>
      <w:sz w:val="30"/>
      <w:szCs w:val="26"/>
      <w:spacing w:val="0"/>
    </w:rPr>
  </w:style>
  <w:style w:type="paragraph" w:styleId="Heading3">
    <w:name w:val="heading 3"/>
    <w:basedOn w:val="Normal"/>
    <w:next w:val="Normal"/>
    <w:link w:val="Heading3Char"/>
    <w:uiPriority w:val="9"/>
    <w:unhideWhenUsed/>
    <w:qFormat/>
    <w:rsid w:val="00FC693F"/>
    <w:pPr>
      <w:keepNext/>
      <w:keepLines/>
      <w:spacing w:before="280" w:after="80" w:line="264" w:lineRule="auto"/>
      <w:outlineLvl w:val="2"/>
    </w:pPr>
    <w:rPr>
      <w:rFonts w:ascii="Open Sans" w:hAnsi="Open Sans" w:cs="Open Sans" w:eastAsia="Open Sans"/>
      <w:b/>
      <w:bCs/>
      <w:i w:val="0"/>
      <w:caps w:val="0"/>
      <w:color w:val="C55308"/>
      <w:sz w:val="23"/>
      <w:spacing w:val="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200" w:line="228" w:lineRule="auto" w:before="0"/>
      <w:contextualSpacing/>
    </w:pPr>
    <w:rPr>
      <w:rFonts w:ascii="Montserrat Black" w:hAnsi="Montserrat Black" w:cs="Montserrat Black" w:eastAsia="Montserrat Black"/>
      <w:caps/>
      <w:color w:val="242322"/>
      <w:spacing w:val="-8"/>
      <w:kern w:val="28"/>
      <w:sz w:val="6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before="0" w:after="360" w:line="312" w:lineRule="auto"/>
    </w:pPr>
    <w:rPr>
      <w:rFonts w:ascii="Open Sans" w:hAnsi="Open Sans" w:cs="Open Sans" w:eastAsia="Open Sans"/>
      <w:i w:val="0"/>
      <w:iCs/>
      <w:color w:val="4A5878"/>
      <w:spacing w:val="15"/>
      <w:sz w:val="28"/>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before="0" w:after="80" w:line="336" w:lineRule="auto"/>
      <w:contextualSpacing/>
    </w:pPr>
    <w:rPr>
      <w:rFonts w:ascii="Open Sans" w:hAnsi="Open Sans" w:cs="Open Sans" w:eastAsia="Open Sans"/>
      <w:color w:val="4A5878"/>
      <w:sz w:val="21"/>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before="0" w:after="80" w:line="336" w:lineRule="auto"/>
      <w:contextualSpacing/>
    </w:pPr>
    <w:rPr>
      <w:rFonts w:ascii="Open Sans" w:hAnsi="Open Sans" w:cs="Open Sans" w:eastAsia="Open Sans"/>
      <w:color w:val="4A5878"/>
      <w:sz w:val="21"/>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pPr>
      <w:spacing w:before="280" w:after="280" w:line="312" w:lineRule="auto"/>
      <w:ind w:left="227"/>
      <w:pBdr>
        <w:left w:val="single" w:sz="36" w:space="14" w:color="E8712A"/>
      </w:pBdr>
    </w:pPr>
    <w:rPr>
      <w:rFonts w:ascii="Montserrat" w:hAnsi="Montserrat" w:cs="Montserrat" w:eastAsia="Montserrat"/>
      <w:b/>
      <w:i w:val="0"/>
      <w:iCs/>
      <w:color w:val="242322"/>
      <w:sz w:val="30"/>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312" w:lineRule="auto" w:before="80" w:after="240"/>
    </w:pPr>
    <w:rPr>
      <w:rFonts w:ascii="Open Sans" w:hAnsi="Open Sans" w:cs="Open Sans" w:eastAsia="Open Sans"/>
      <w:b w:val="0"/>
      <w:bCs/>
      <w:i w:val="0"/>
      <w:color w:val="4A5878"/>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Eyebrow">
    <w:name w:val="Eyebrow"/>
    <w:basedOn w:val="Normal"/>
    <w:qFormat/>
    <w:pPr>
      <w:keepNext/>
      <w:spacing w:before="240" w:after="80" w:line="288" w:lineRule="auto"/>
    </w:pPr>
    <w:rPr>
      <w:rFonts w:ascii="Open Sans" w:hAnsi="Open Sans" w:cs="Open Sans" w:eastAsia="Open Sans"/>
      <w:b/>
      <w:caps/>
      <w:color w:val="C55308"/>
      <w:sz w:val="18"/>
      <w:spacing w:val="30"/>
    </w:rPr>
  </w:style>
  <w:style w:type="paragraph" w:customStyle="1" w:styleId="Lead">
    <w:name w:val="Lead"/>
    <w:basedOn w:val="Normal"/>
    <w:qFormat/>
    <w:pPr>
      <w:spacing w:before="0" w:after="240" w:line="348" w:lineRule="auto"/>
    </w:pPr>
    <w:rPr>
      <w:rFonts w:ascii="Open Sans" w:hAnsi="Open Sans" w:cs="Open Sans" w:eastAsia="Open Sans"/>
      <w:color w:val="4A5878"/>
      <w:sz w:val="26"/>
    </w:rPr>
  </w:style>
  <w:style w:type="paragraph" w:customStyle="1" w:styleId="QuoteSource">
    <w:name w:val="Quote Source"/>
    <w:basedOn w:val="Normal"/>
    <w:qFormat/>
    <w:pPr>
      <w:spacing w:before="0" w:after="280" w:line="312" w:lineRule="auto"/>
      <w:ind w:left="227"/>
    </w:pPr>
    <w:rPr>
      <w:rFonts w:ascii="Open Sans" w:hAnsi="Open Sans" w:cs="Open Sans" w:eastAsia="Open Sans"/>
      <w:i/>
      <w:color w:val="4A5878"/>
      <w:sz w:val="19"/>
    </w:rPr>
  </w:style>
  <w:style w:type="paragraph" w:customStyle="1" w:styleId="Callout">
    <w:name w:val="Callout"/>
    <w:basedOn w:val="Normal"/>
    <w:qFormat/>
    <w:pPr>
      <w:spacing w:before="200" w:after="200" w:line="336" w:lineRule="auto"/>
      <w:ind w:left="170"/>
      <w:shd w:val="clear" w:color="auto" w:fill="E9E9E9"/>
      <w:pBdr>
        <w:left w:val="single" w:sz="36" w:space="10" w:color="E8712A"/>
      </w:pBdr>
    </w:pPr>
    <w:rPr>
      <w:rFonts w:ascii="Open Sans" w:hAnsi="Open Sans" w:cs="Open Sans" w:eastAsia="Open Sans"/>
      <w:color w:val="404C68"/>
      <w:sz w:val="21"/>
    </w:rPr>
  </w:style>
  <w:style w:type="paragraph" w:customStyle="1" w:styleId="BigNumber">
    <w:name w:val="Big Number"/>
    <w:basedOn w:val="Normal"/>
    <w:qFormat/>
    <w:pPr>
      <w:keepNext/>
      <w:spacing w:before="120" w:after="0" w:line="240" w:lineRule="auto"/>
    </w:pPr>
    <w:rPr>
      <w:rFonts w:ascii="Montserrat Black" w:hAnsi="Montserrat Black" w:cs="Montserrat Black" w:eastAsia="Montserrat Black"/>
      <w:color w:val="C55308"/>
      <w:sz w:val="80"/>
    </w:rPr>
  </w:style>
  <w:style w:type="paragraph" w:customStyle="1" w:styleId="SmallPrint">
    <w:name w:val="Small Print"/>
    <w:basedOn w:val="Normal"/>
    <w:qFormat/>
    <w:pPr>
      <w:spacing w:before="0" w:after="80" w:line="312" w:lineRule="auto"/>
    </w:pPr>
    <w:rPr>
      <w:rFonts w:ascii="Open Sans" w:hAnsi="Open Sans" w:cs="Open Sans" w:eastAsia="Open Sans"/>
      <w:color w:val="4A5878"/>
      <w:sz w:val="16"/>
    </w:rPr>
  </w:style>
  <w:style w:type="character" w:customStyle="1" w:styleId="Hyperlink">
    <w:name w:val="Hyperlink"/>
    <w:basedOn w:val="DefaultParagraphFont"/>
    <w:qFormat/>
    <w:rPr>
      <w:color w:val="8D4419"/>
      <w:u w:val="single"/>
    </w:rPr>
  </w:style>
  <w:style w:type="character" w:customStyle="1" w:styleId="OrangeWord">
    <w:name w:val="Orange Word"/>
    <w:basedOn w:val="DefaultParagraphFont"/>
    <w:qFormat/>
    <w:rPr>
      <w:color w:val="C55308"/>
    </w:rPr>
  </w:style>
  <w:style w:type="table" w:customStyle="1" w:styleId="ClimbTable">
    <w:name w:val="Climb Table"/>
    <w:basedOn w:val="TableNormal"/>
    <w:uiPriority w:val="40"/>
    <w:qFormat/>
    <w:pPr>
      <w:spacing w:before="60" w:after="60" w:line="276" w:lineRule="auto"/>
    </w:pPr>
    <w:rPr>
      <w:rFonts w:ascii="Open Sans" w:hAnsi="Open Sans" w:cs="Open Sans"/>
      <w:color w:val="4A5878"/>
      <w:sz w:val="19"/>
    </w:rPr>
    <w:tblPr>
      <w:tblStyleRowBandSize w:val="1"/>
      <w:tblBorders>
        <w:bottom w:val="single" w:sz="8" w:space="0" w:color="242322"/>
        <w:insideH w:val="single" w:sz="4" w:space="0" w:color="E9E9E9"/>
      </w:tblBorders>
      <w:tblCellMar>
        <w:top w:w="85" w:type="dxa"/>
        <w:left w:w="140" w:type="dxa"/>
        <w:bottom w:w="85" w:type="dxa"/>
        <w:right w:w="140" w:type="dxa"/>
      </w:tblCellMar>
    </w:tblPr>
    <w:tblStylePr w:type="firstRow">
      <w:rPr>
        <w:rFonts w:ascii="Montserrat" w:hAnsi="Montserrat"/>
        <w:b/>
        <w:caps/>
        <w:color w:val="FFFFFF"/>
        <w:sz w:val="17"/>
      </w:rPr>
      <w:tblPr/>
      <w:trPr>
        <w:tblHeader/>
      </w:trPr>
      <w:tcPr>
        <w:shd w:val="clear" w:color="auto" w:fill="1E0F05"/>
      </w:tcPr>
    </w:tblStylePr>
    <w:tblStylePr w:type="band2Horz">
      <w:tblPr/>
      <w:tcPr>
        <w:shd w:val="clear" w:color="auto" w:fill="E9E9E9"/>
      </w:tcPr>
    </w:tblStylePr>
    <w:tblStylePr w:type="lastRow">
      <w:rPr>
        <w:b/>
        <w:color w:val="242322"/>
      </w:rPr>
      <w:tblPr/>
      <w:tcPr>
        <w:tcBorders>
          <w:top w:val="single" w:sz="12" w:space="0" w:color="E8712A"/>
        </w:tcBorders>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header" Target="header2.xml"/><Relationship Id="rId11" Type="http://schemas.openxmlformats.org/officeDocument/2006/relationships/footer" Target="footer1.xml"/><Relationship Id="rId12"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Relationships>
</file>

<file path=word/theme/theme1.xml><?xml version="1.0" encoding="utf-8"?>
<a:theme xmlns:a="http://schemas.openxmlformats.org/drawingml/2006/main" name="Climb27">
  <a:themeElements>
    <a:clrScheme name="Climb27">
      <a:dk1>
        <a:srgbClr val="1E0F05"/>
      </a:dk1>
      <a:lt1>
        <a:srgbClr val="FFFFFF"/>
      </a:lt1>
      <a:dk2>
        <a:srgbClr val="242322"/>
      </a:dk2>
      <a:lt2>
        <a:srgbClr val="E9E9E9"/>
      </a:lt2>
      <a:accent1>
        <a:srgbClr val="E8712A"/>
      </a:accent1>
      <a:accent2>
        <a:srgbClr val="C55308"/>
      </a:accent2>
      <a:accent3>
        <a:srgbClr val="F2AE86"/>
      </a:accent3>
      <a:accent4>
        <a:srgbClr val="8D4419"/>
      </a:accent4>
      <a:accent5>
        <a:srgbClr val="4A5878"/>
      </a:accent5>
      <a:accent6>
        <a:srgbClr val="B04902"/>
      </a:accent6>
      <a:hlink>
        <a:srgbClr val="8D4419"/>
      </a:hlink>
      <a:folHlink>
        <a:srgbClr val="8D4419"/>
      </a:folHlink>
    </a:clrScheme>
    <a:fontScheme name="Climb27">
      <a:majorFont>
        <a:latin typeface="Montserrat"/>
        <a:ea typeface=""/>
        <a:cs typeface=""/>
      </a:majorFont>
      <a:minorFont>
        <a:latin typeface="Open Sans"/>
        <a:ea typeface=""/>
        <a:cs typeface=""/>
      </a:minorFont>
    </a:fontScheme>
    <a:fmtScheme name="ClimbUK">
      <a:fillStyleLst>
        <a:solidFill>
          <a:schemeClr val="phClr"/>
        </a:solidFill>
        <a:solidFill>
          <a:schemeClr val="phClr"/>
        </a:solidFill>
        <a:solidFill>
          <a:schemeClr val="phClr"/>
        </a:solidFill>
      </a:fillStyleLst>
      <a:lnStyleLst>
        <a:ln w="12700" cap="flat" cmpd="sng" algn="ctr">
          <a:solidFill>
            <a:schemeClr val="phClr"/>
          </a:solidFill>
          <a:prstDash val="solid"/>
          <a:miter lim="800000"/>
        </a:ln>
        <a:ln w="19050" cap="flat" cmpd="sng" algn="ctr">
          <a:solidFill>
            <a:schemeClr val="phClr"/>
          </a:solidFill>
          <a:prstDash val="solid"/>
          <a:miter lim="800000"/>
        </a:ln>
        <a:ln w="38100" cap="flat" cmpd="sng" algn="ctr">
          <a:solidFill>
            <a:schemeClr val="phClr"/>
          </a:solidFill>
          <a:prstDash val="solid"/>
          <a:miter lim="800000"/>
        </a:ln>
      </a:lnStyleLst>
      <a:effectStyleLst>
        <a:effectStyle>
          <a:effectLst/>
        </a:effectStyle>
        <a:effectStyle>
          <a:effectLst/>
        </a:effectStyle>
        <a:effectStyle>
          <a:effectLst>
            <a:outerShdw blurRad="152400" dist="38100" dir="5400000" algn="t" rotWithShape="0">
              <a:srgbClr val="1E0F05">
                <a:alpha val="18000"/>
              </a:srgbClr>
            </a:outerShdw>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Climb27 report</dc:title>
  <dc:subject/>
  <dc:creator>Climb27</dc:creator>
  <cp:keywords/>
  <dc:description>generated by python-docx</dc:description>
  <cp:lastModifiedBy/>
  <cp:revision>1</cp:revision>
  <dcterms:created xsi:type="dcterms:W3CDTF">2013-12-23T23:15:00Z</dcterms:created>
  <dcterms:modified xsi:type="dcterms:W3CDTF">2013-12-23T23:15:00Z</dcterms:modified>
  <cp:category/>
  <dc:language>en-GB</dc:language>
</cp:coreProperties>
</file>